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BD2A7" w14:textId="77777777" w:rsidR="0041598C" w:rsidRPr="007F4B55" w:rsidRDefault="007F4B55">
      <w:pPr>
        <w:pStyle w:val="Heading1"/>
        <w:rPr>
          <w:rFonts w:ascii="Kinetic Letters Joined" w:hAnsi="Kinetic Letters Joined"/>
          <w:sz w:val="36"/>
        </w:rPr>
      </w:pPr>
      <w:r w:rsidRPr="007F4B55">
        <w:rPr>
          <w:rFonts w:ascii="Kinetic Letters Joined" w:hAnsi="Kinetic Letters Joined"/>
          <w:sz w:val="36"/>
        </w:rPr>
        <w:t xml:space="preserve">Year 4 Literacy Homework </w:t>
      </w:r>
      <w:r w:rsidRPr="007F4B55">
        <w:rPr>
          <w:rFonts w:ascii="Courier New" w:hAnsi="Courier New" w:cs="Courier New"/>
          <w:sz w:val="36"/>
        </w:rPr>
        <w:t>–</w:t>
      </w:r>
      <w:r w:rsidRPr="007F4B55">
        <w:rPr>
          <w:rFonts w:ascii="Kinetic Letters Joined" w:hAnsi="Kinetic Letters Joined"/>
          <w:sz w:val="36"/>
        </w:rPr>
        <w:t xml:space="preserve"> Subordinati</w:t>
      </w:r>
      <w:bookmarkStart w:id="0" w:name="_GoBack"/>
      <w:bookmarkEnd w:id="0"/>
      <w:r w:rsidRPr="007F4B55">
        <w:rPr>
          <w:rFonts w:ascii="Kinetic Letters Joined" w:hAnsi="Kinetic Letters Joined"/>
          <w:sz w:val="36"/>
        </w:rPr>
        <w:t>ng and Coordinating Conjunctions</w:t>
      </w:r>
    </w:p>
    <w:p w14:paraId="0E6D3B38" w14:textId="77777777" w:rsidR="0041598C" w:rsidRPr="007F4B55" w:rsidRDefault="007F4B55">
      <w:pPr>
        <w:pStyle w:val="Heading2"/>
        <w:rPr>
          <w:rFonts w:ascii="Kinetic Letters Joined" w:hAnsi="Kinetic Letters Joined"/>
          <w:sz w:val="32"/>
        </w:rPr>
      </w:pPr>
      <w:r w:rsidRPr="007F4B55">
        <w:rPr>
          <w:rFonts w:ascii="Kinetic Letters Joined" w:hAnsi="Kinetic Letters Joined"/>
          <w:sz w:val="32"/>
        </w:rPr>
        <w:t>1. Warm-up: Match the conjunctions to the correct type</w:t>
      </w:r>
    </w:p>
    <w:p w14:paraId="0F859210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Match each conjunction to Coordinating or Subordinating.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642"/>
      </w:tblGrid>
      <w:tr w:rsidR="0041598C" w:rsidRPr="007F4B55" w14:paraId="5AE9EC1E" w14:textId="77777777">
        <w:tc>
          <w:tcPr>
            <w:tcW w:w="4320" w:type="dxa"/>
          </w:tcPr>
          <w:p w14:paraId="12412491" w14:textId="77777777" w:rsidR="0041598C" w:rsidRPr="007F4B55" w:rsidRDefault="007F4B55">
            <w:pPr>
              <w:rPr>
                <w:rFonts w:ascii="Kinetic Letters Joined" w:hAnsi="Kinetic Letters Joined"/>
                <w:sz w:val="28"/>
                <w:u w:val="single"/>
              </w:rPr>
            </w:pPr>
            <w:r w:rsidRPr="007F4B55">
              <w:rPr>
                <w:rFonts w:ascii="Kinetic Letters Joined" w:hAnsi="Kinetic Letters Joined"/>
                <w:sz w:val="28"/>
                <w:u w:val="single"/>
              </w:rPr>
              <w:t>Conjunction</w:t>
            </w:r>
          </w:p>
        </w:tc>
        <w:tc>
          <w:tcPr>
            <w:tcW w:w="4320" w:type="dxa"/>
          </w:tcPr>
          <w:p w14:paraId="68247D5B" w14:textId="77777777" w:rsidR="0041598C" w:rsidRPr="007F4B55" w:rsidRDefault="007F4B55">
            <w:pPr>
              <w:rPr>
                <w:rFonts w:ascii="Kinetic Letters Joined" w:hAnsi="Kinetic Letters Joined"/>
                <w:sz w:val="28"/>
                <w:u w:val="single"/>
              </w:rPr>
            </w:pPr>
            <w:r w:rsidRPr="007F4B55">
              <w:rPr>
                <w:rFonts w:ascii="Kinetic Letters Joined" w:hAnsi="Kinetic Letters Joined"/>
                <w:sz w:val="28"/>
                <w:u w:val="single"/>
              </w:rPr>
              <w:t>Subordinate/Co-ordinate</w:t>
            </w:r>
          </w:p>
        </w:tc>
      </w:tr>
      <w:tr w:rsidR="0041598C" w:rsidRPr="007F4B55" w14:paraId="2EAA69EC" w14:textId="77777777">
        <w:tc>
          <w:tcPr>
            <w:tcW w:w="4320" w:type="dxa"/>
          </w:tcPr>
          <w:p w14:paraId="5B140F7E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because</w:t>
            </w:r>
          </w:p>
        </w:tc>
        <w:tc>
          <w:tcPr>
            <w:tcW w:w="4320" w:type="dxa"/>
          </w:tcPr>
          <w:p w14:paraId="2BA33163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  <w:tr w:rsidR="0041598C" w:rsidRPr="007F4B55" w14:paraId="37ADA887" w14:textId="77777777">
        <w:tc>
          <w:tcPr>
            <w:tcW w:w="4320" w:type="dxa"/>
          </w:tcPr>
          <w:p w14:paraId="5AAE5D19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but</w:t>
            </w:r>
          </w:p>
        </w:tc>
        <w:tc>
          <w:tcPr>
            <w:tcW w:w="4320" w:type="dxa"/>
          </w:tcPr>
          <w:p w14:paraId="6E36642B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  <w:tr w:rsidR="0041598C" w:rsidRPr="007F4B55" w14:paraId="16797171" w14:textId="77777777">
        <w:tc>
          <w:tcPr>
            <w:tcW w:w="4320" w:type="dxa"/>
          </w:tcPr>
          <w:p w14:paraId="1C2713E5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when</w:t>
            </w:r>
          </w:p>
        </w:tc>
        <w:tc>
          <w:tcPr>
            <w:tcW w:w="4320" w:type="dxa"/>
          </w:tcPr>
          <w:p w14:paraId="2232EB4B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  <w:tr w:rsidR="0041598C" w:rsidRPr="007F4B55" w14:paraId="3A744D76" w14:textId="77777777">
        <w:tc>
          <w:tcPr>
            <w:tcW w:w="4320" w:type="dxa"/>
          </w:tcPr>
          <w:p w14:paraId="4C01C3AF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and</w:t>
            </w:r>
          </w:p>
        </w:tc>
        <w:tc>
          <w:tcPr>
            <w:tcW w:w="4320" w:type="dxa"/>
          </w:tcPr>
          <w:p w14:paraId="7ABCDCEC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  <w:tr w:rsidR="0041598C" w:rsidRPr="007F4B55" w14:paraId="7C95BA98" w14:textId="77777777">
        <w:tc>
          <w:tcPr>
            <w:tcW w:w="4320" w:type="dxa"/>
          </w:tcPr>
          <w:p w14:paraId="1ACC67EF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although</w:t>
            </w:r>
          </w:p>
        </w:tc>
        <w:tc>
          <w:tcPr>
            <w:tcW w:w="4320" w:type="dxa"/>
          </w:tcPr>
          <w:p w14:paraId="2EBBFAEA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  <w:tr w:rsidR="0041598C" w:rsidRPr="007F4B55" w14:paraId="308D0DC2" w14:textId="77777777">
        <w:tc>
          <w:tcPr>
            <w:tcW w:w="4320" w:type="dxa"/>
          </w:tcPr>
          <w:p w14:paraId="17246663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so</w:t>
            </w:r>
          </w:p>
        </w:tc>
        <w:tc>
          <w:tcPr>
            <w:tcW w:w="4320" w:type="dxa"/>
          </w:tcPr>
          <w:p w14:paraId="6A789F88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  <w:tr w:rsidR="0041598C" w:rsidRPr="007F4B55" w14:paraId="1C3144CE" w14:textId="77777777">
        <w:tc>
          <w:tcPr>
            <w:tcW w:w="4320" w:type="dxa"/>
          </w:tcPr>
          <w:p w14:paraId="2E558DCA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if</w:t>
            </w:r>
          </w:p>
        </w:tc>
        <w:tc>
          <w:tcPr>
            <w:tcW w:w="4320" w:type="dxa"/>
          </w:tcPr>
          <w:p w14:paraId="232D4EB5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  <w:tr w:rsidR="0041598C" w:rsidRPr="007F4B55" w14:paraId="48AD6C5F" w14:textId="77777777">
        <w:tc>
          <w:tcPr>
            <w:tcW w:w="4320" w:type="dxa"/>
          </w:tcPr>
          <w:p w14:paraId="29295E84" w14:textId="77777777" w:rsidR="0041598C" w:rsidRPr="007F4B55" w:rsidRDefault="007F4B55">
            <w:pPr>
              <w:rPr>
                <w:rFonts w:ascii="Kinetic Letters Joined" w:hAnsi="Kinetic Letters Joined"/>
                <w:sz w:val="28"/>
              </w:rPr>
            </w:pPr>
            <w:r w:rsidRPr="007F4B55">
              <w:rPr>
                <w:rFonts w:ascii="Kinetic Letters Joined" w:hAnsi="Kinetic Letters Joined"/>
                <w:sz w:val="28"/>
              </w:rPr>
              <w:t>or</w:t>
            </w:r>
          </w:p>
        </w:tc>
        <w:tc>
          <w:tcPr>
            <w:tcW w:w="4320" w:type="dxa"/>
          </w:tcPr>
          <w:p w14:paraId="331BB2F7" w14:textId="77777777" w:rsidR="0041598C" w:rsidRPr="007F4B55" w:rsidRDefault="0041598C">
            <w:pPr>
              <w:rPr>
                <w:rFonts w:ascii="Kinetic Letters Joined" w:hAnsi="Kinetic Letters Joined"/>
                <w:sz w:val="28"/>
              </w:rPr>
            </w:pPr>
          </w:p>
        </w:tc>
      </w:tr>
    </w:tbl>
    <w:p w14:paraId="40234CA8" w14:textId="77777777" w:rsidR="0041598C" w:rsidRPr="007F4B55" w:rsidRDefault="007F4B55">
      <w:pPr>
        <w:pStyle w:val="Heading2"/>
        <w:rPr>
          <w:rFonts w:ascii="Kinetic Letters Joined" w:hAnsi="Kinetic Letters Joined"/>
          <w:sz w:val="32"/>
        </w:rPr>
      </w:pPr>
      <w:r w:rsidRPr="007F4B55">
        <w:rPr>
          <w:rFonts w:ascii="Kinetic Letters Joined" w:hAnsi="Kinetic Letters Joined"/>
          <w:sz w:val="32"/>
        </w:rPr>
        <w:t>2. Fill in the missing conjunctions</w:t>
      </w:r>
    </w:p>
    <w:p w14:paraId="2540A233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Choose the best conjunction from the box to complete each sentence.</w:t>
      </w:r>
    </w:p>
    <w:p w14:paraId="3B9B37D9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(and, but, because, when, although, so, if)</w:t>
      </w:r>
    </w:p>
    <w:p w14:paraId="4CBA57F2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1. I wanted to</w:t>
      </w:r>
      <w:r w:rsidRPr="007F4B55">
        <w:rPr>
          <w:rFonts w:ascii="Kinetic Letters Joined" w:hAnsi="Kinetic Letters Joined"/>
          <w:sz w:val="28"/>
        </w:rPr>
        <w:t xml:space="preserve"> go outside, ____</w:t>
      </w:r>
      <w:r w:rsidRPr="007F4B55">
        <w:rPr>
          <w:rFonts w:ascii="Kinetic Letters Joined" w:hAnsi="Kinetic Letters Joined"/>
          <w:sz w:val="28"/>
        </w:rPr>
        <w:t>___</w:t>
      </w:r>
      <w:proofErr w:type="gramStart"/>
      <w:r w:rsidRPr="007F4B55">
        <w:rPr>
          <w:rFonts w:ascii="Kinetic Letters Joined" w:hAnsi="Kinetic Letters Joined"/>
          <w:sz w:val="28"/>
        </w:rPr>
        <w:t xml:space="preserve">_  </w:t>
      </w:r>
      <w:r w:rsidRPr="007F4B55">
        <w:rPr>
          <w:rFonts w:ascii="Kinetic Letters Joined" w:hAnsi="Kinetic Letters Joined"/>
          <w:sz w:val="28"/>
        </w:rPr>
        <w:t>it</w:t>
      </w:r>
      <w:proofErr w:type="gramEnd"/>
      <w:r w:rsidRPr="007F4B55">
        <w:rPr>
          <w:rFonts w:ascii="Kinetic Letters Joined" w:hAnsi="Kinetic Letters Joined"/>
          <w:sz w:val="28"/>
        </w:rPr>
        <w:t xml:space="preserve"> was raining heavily.</w:t>
      </w:r>
    </w:p>
    <w:p w14:paraId="23CCD022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2. ______</w:t>
      </w:r>
      <w:r w:rsidRPr="007F4B55">
        <w:rPr>
          <w:rFonts w:ascii="Kinetic Letters Joined" w:hAnsi="Kinetic Letters Joined"/>
          <w:sz w:val="28"/>
        </w:rPr>
        <w:t>_</w:t>
      </w:r>
      <w:proofErr w:type="gramStart"/>
      <w:r w:rsidRPr="007F4B55">
        <w:rPr>
          <w:rFonts w:ascii="Kinetic Letters Joined" w:hAnsi="Kinetic Letters Joined"/>
          <w:sz w:val="28"/>
        </w:rPr>
        <w:t xml:space="preserve">_ </w:t>
      </w:r>
      <w:r w:rsidRPr="007F4B55">
        <w:rPr>
          <w:rFonts w:ascii="Kinetic Letters Joined" w:hAnsi="Kinetic Letters Joined"/>
          <w:sz w:val="28"/>
        </w:rPr>
        <w:t xml:space="preserve"> I</w:t>
      </w:r>
      <w:proofErr w:type="gramEnd"/>
      <w:r w:rsidRPr="007F4B55">
        <w:rPr>
          <w:rFonts w:ascii="Kinetic Letters Joined" w:hAnsi="Kinetic Letters Joined"/>
          <w:sz w:val="28"/>
        </w:rPr>
        <w:t xml:space="preserve"> finish my homework, I can play on my tablet.</w:t>
      </w:r>
    </w:p>
    <w:p w14:paraId="03596D71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 xml:space="preserve">3. We went to the park </w:t>
      </w:r>
      <w:r w:rsidRPr="007F4B55">
        <w:rPr>
          <w:rFonts w:ascii="Kinetic Letters Joined" w:hAnsi="Kinetic Letters Joined"/>
          <w:sz w:val="28"/>
        </w:rPr>
        <w:t>__</w:t>
      </w:r>
      <w:r w:rsidRPr="007F4B55">
        <w:rPr>
          <w:rFonts w:ascii="Kinetic Letters Joined" w:hAnsi="Kinetic Letters Joined"/>
          <w:sz w:val="28"/>
        </w:rPr>
        <w:t>______ it was sunny.</w:t>
      </w:r>
    </w:p>
    <w:p w14:paraId="18C8274C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 xml:space="preserve">4. The dog barked </w:t>
      </w:r>
      <w:r w:rsidRPr="007F4B55">
        <w:rPr>
          <w:rFonts w:ascii="Kinetic Letters Joined" w:hAnsi="Kinetic Letters Joined"/>
          <w:sz w:val="28"/>
        </w:rPr>
        <w:t>____</w:t>
      </w:r>
      <w:r w:rsidRPr="007F4B55">
        <w:rPr>
          <w:rFonts w:ascii="Kinetic Letters Joined" w:hAnsi="Kinetic Letters Joined"/>
          <w:sz w:val="28"/>
        </w:rPr>
        <w:t>______ the postman came to the door.</w:t>
      </w:r>
    </w:p>
    <w:p w14:paraId="51985EA2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 xml:space="preserve">5. I like apples </w:t>
      </w:r>
      <w:r w:rsidRPr="007F4B55">
        <w:rPr>
          <w:rFonts w:ascii="Kinetic Letters Joined" w:hAnsi="Kinetic Letters Joined"/>
          <w:sz w:val="28"/>
        </w:rPr>
        <w:t>__</w:t>
      </w:r>
      <w:r w:rsidRPr="007F4B55">
        <w:rPr>
          <w:rFonts w:ascii="Kinetic Letters Joined" w:hAnsi="Kinetic Letters Joined"/>
          <w:sz w:val="28"/>
        </w:rPr>
        <w:t>______ I don’t like pears.</w:t>
      </w:r>
    </w:p>
    <w:p w14:paraId="5D734664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6. ______</w:t>
      </w:r>
      <w:r w:rsidRPr="007F4B55">
        <w:rPr>
          <w:rFonts w:ascii="Kinetic Letters Joined" w:hAnsi="Kinetic Letters Joined"/>
          <w:sz w:val="28"/>
        </w:rPr>
        <w:t>_</w:t>
      </w:r>
      <w:proofErr w:type="gramStart"/>
      <w:r w:rsidRPr="007F4B55">
        <w:rPr>
          <w:rFonts w:ascii="Kinetic Letters Joined" w:hAnsi="Kinetic Letters Joined"/>
          <w:sz w:val="28"/>
        </w:rPr>
        <w:t xml:space="preserve">_ </w:t>
      </w:r>
      <w:r w:rsidRPr="007F4B55">
        <w:rPr>
          <w:rFonts w:ascii="Kinetic Letters Joined" w:hAnsi="Kinetic Letters Joined"/>
          <w:sz w:val="28"/>
        </w:rPr>
        <w:t xml:space="preserve"> it</w:t>
      </w:r>
      <w:proofErr w:type="gramEnd"/>
      <w:r w:rsidRPr="007F4B55">
        <w:rPr>
          <w:rFonts w:ascii="Kinetic Letters Joined" w:hAnsi="Kinetic Letters Joined"/>
          <w:sz w:val="28"/>
        </w:rPr>
        <w:t xml:space="preserve"> was cold, we still went for a walk.</w:t>
      </w:r>
    </w:p>
    <w:p w14:paraId="2A60467E" w14:textId="77777777" w:rsidR="0041598C" w:rsidRPr="007F4B55" w:rsidRDefault="007F4B55">
      <w:pPr>
        <w:pStyle w:val="Heading2"/>
        <w:rPr>
          <w:rFonts w:ascii="Kinetic Letters Joined" w:hAnsi="Kinetic Letters Joined"/>
          <w:sz w:val="32"/>
        </w:rPr>
      </w:pPr>
      <w:r w:rsidRPr="007F4B55">
        <w:rPr>
          <w:rFonts w:ascii="Kinetic Letters Joined" w:hAnsi="Kinetic Letters Joined"/>
          <w:sz w:val="32"/>
        </w:rPr>
        <w:t>3. Write your own sentences</w:t>
      </w:r>
    </w:p>
    <w:p w14:paraId="4A7D1349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Write two coordinating and two subordinating conjunction sentences below or in you book</w:t>
      </w:r>
      <w:r w:rsidRPr="007F4B55">
        <w:rPr>
          <w:rFonts w:ascii="Kinetic Letters Joined" w:hAnsi="Kinetic Letters Joined"/>
          <w:sz w:val="28"/>
        </w:rPr>
        <w:t>. Try to make them about something we have learned in class (e.g. the rainforest, animals, or your favourite book).</w:t>
      </w:r>
    </w:p>
    <w:p w14:paraId="3B59A43F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Coo</w:t>
      </w:r>
      <w:r w:rsidRPr="007F4B55">
        <w:rPr>
          <w:rFonts w:ascii="Kinetic Letters Joined" w:hAnsi="Kinetic Letters Joined"/>
          <w:sz w:val="28"/>
        </w:rPr>
        <w:t>rdinating conjunctions (and, but, or, so):</w:t>
      </w:r>
    </w:p>
    <w:p w14:paraId="78FEDEB9" w14:textId="77777777" w:rsidR="0041598C" w:rsidRPr="007F4B55" w:rsidRDefault="007F4B55">
      <w:pPr>
        <w:pStyle w:val="ListBullet"/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_____________________________________________</w:t>
      </w:r>
    </w:p>
    <w:p w14:paraId="64B3573E" w14:textId="77777777" w:rsidR="0041598C" w:rsidRPr="007F4B55" w:rsidRDefault="007F4B55">
      <w:pPr>
        <w:pStyle w:val="ListBullet"/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_____________________________________________</w:t>
      </w:r>
    </w:p>
    <w:p w14:paraId="4F26BF10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Subordinating conjunctions (because, when, if, although, before, after):</w:t>
      </w:r>
    </w:p>
    <w:p w14:paraId="1C7CA4FA" w14:textId="77777777" w:rsidR="0041598C" w:rsidRPr="007F4B55" w:rsidRDefault="007F4B55">
      <w:pPr>
        <w:pStyle w:val="ListBullet"/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_____________________________________________</w:t>
      </w:r>
    </w:p>
    <w:p w14:paraId="74D1CE54" w14:textId="77777777" w:rsidR="0041598C" w:rsidRPr="007F4B55" w:rsidRDefault="007F4B55">
      <w:pPr>
        <w:pStyle w:val="ListBullet"/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__</w:t>
      </w:r>
      <w:r w:rsidRPr="007F4B55">
        <w:rPr>
          <w:rFonts w:ascii="Kinetic Letters Joined" w:hAnsi="Kinetic Letters Joined"/>
          <w:sz w:val="28"/>
        </w:rPr>
        <w:t>___________________________________________</w:t>
      </w:r>
    </w:p>
    <w:p w14:paraId="2FE55F9B" w14:textId="77777777" w:rsidR="0041598C" w:rsidRPr="007F4B55" w:rsidRDefault="007F4B55">
      <w:pPr>
        <w:pStyle w:val="Heading2"/>
        <w:rPr>
          <w:rFonts w:ascii="Kinetic Letters Joined" w:hAnsi="Kinetic Letters Joined"/>
          <w:sz w:val="32"/>
        </w:rPr>
      </w:pPr>
      <w:r w:rsidRPr="007F4B55">
        <w:rPr>
          <w:rFonts w:ascii="Kinetic Letters Joined" w:hAnsi="Kinetic Letters Joined"/>
          <w:sz w:val="32"/>
        </w:rPr>
        <w:t xml:space="preserve">4. Challenge </w:t>
      </w:r>
    </w:p>
    <w:p w14:paraId="0D919727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Join the sentences below using a conjunction of your choice to make a multi-clause sentence. Try to make them interesting!</w:t>
      </w:r>
    </w:p>
    <w:p w14:paraId="25605E7A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 xml:space="preserve">1. The explorer packed his bag. He wanted to find new </w:t>
      </w:r>
      <w:r w:rsidRPr="007F4B55">
        <w:rPr>
          <w:rFonts w:ascii="Kinetic Letters Joined" w:hAnsi="Kinetic Letters Joined"/>
          <w:sz w:val="28"/>
        </w:rPr>
        <w:t>animals.</w:t>
      </w:r>
    </w:p>
    <w:p w14:paraId="7D1547B5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2. The parrot squawked loudly. The monkey jumped away.</w:t>
      </w:r>
    </w:p>
    <w:p w14:paraId="346CDF58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3. I will read my book. I have finished my tea.</w:t>
      </w:r>
    </w:p>
    <w:p w14:paraId="4FC0FEB8" w14:textId="77777777" w:rsidR="0041598C" w:rsidRPr="007F4B55" w:rsidRDefault="007F4B55">
      <w:pPr>
        <w:pStyle w:val="Heading2"/>
        <w:rPr>
          <w:rFonts w:ascii="Kinetic Letters Joined" w:hAnsi="Kinetic Letters Joined"/>
          <w:sz w:val="32"/>
        </w:rPr>
      </w:pPr>
      <w:r w:rsidRPr="007F4B55">
        <w:rPr>
          <w:rFonts w:ascii="Kinetic Letters Joined" w:hAnsi="Kinetic Letters Joined"/>
          <w:sz w:val="32"/>
        </w:rPr>
        <w:t>Parent note:</w:t>
      </w:r>
    </w:p>
    <w:p w14:paraId="39F8CB2F" w14:textId="77777777" w:rsidR="0041598C" w:rsidRPr="007F4B55" w:rsidRDefault="007F4B55">
      <w:pPr>
        <w:rPr>
          <w:rFonts w:ascii="Kinetic Letters Joined" w:hAnsi="Kinetic Letters Joined"/>
          <w:sz w:val="28"/>
        </w:rPr>
      </w:pPr>
      <w:r w:rsidRPr="007F4B55">
        <w:rPr>
          <w:rFonts w:ascii="Kinetic Letters Joined" w:hAnsi="Kinetic Letters Joined"/>
          <w:sz w:val="28"/>
        </w:rPr>
        <w:t>This week, we have been learning how conjunctions link ideas in sentences. Please encourage your child to read their sentences alou</w:t>
      </w:r>
      <w:r w:rsidRPr="007F4B55">
        <w:rPr>
          <w:rFonts w:ascii="Kinetic Letters Joined" w:hAnsi="Kinetic Letters Joined"/>
          <w:sz w:val="28"/>
        </w:rPr>
        <w:t>d to check they make sense.</w:t>
      </w:r>
    </w:p>
    <w:sectPr w:rsidR="0041598C" w:rsidRPr="007F4B55" w:rsidSect="007F4B55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1598C"/>
    <w:rsid w:val="007F4B5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34B844"/>
  <w14:defaultImageDpi w14:val="300"/>
  <w15:docId w15:val="{5B9172C8-B411-47D2-A7E1-216914980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DE4D7C8080D4C9887091AAF48D47F" ma:contentTypeVersion="16" ma:contentTypeDescription="Create a new document." ma:contentTypeScope="" ma:versionID="56cbba9589225c59cbea5c4080ace7c1">
  <xsd:schema xmlns:xsd="http://www.w3.org/2001/XMLSchema" xmlns:xs="http://www.w3.org/2001/XMLSchema" xmlns:p="http://schemas.microsoft.com/office/2006/metadata/properties" xmlns:ns3="dfdee742-1fa9-4fab-8c36-c9af023c9a42" xmlns:ns4="a229fc39-0a73-4199-87f2-bfd08ed540de" targetNamespace="http://schemas.microsoft.com/office/2006/metadata/properties" ma:root="true" ma:fieldsID="064755e5e840d2064ad60f1ba51388d8" ns3:_="" ns4:_="">
    <xsd:import namespace="dfdee742-1fa9-4fab-8c36-c9af023c9a42"/>
    <xsd:import namespace="a229fc39-0a73-4199-87f2-bfd08ed540d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ee742-1fa9-4fab-8c36-c9af023c9a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9fc39-0a73-4199-87f2-bfd08ed540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ee742-1fa9-4fab-8c36-c9af023c9a4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51CCED-4308-4830-A432-9399E9A33F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ee742-1fa9-4fab-8c36-c9af023c9a42"/>
    <ds:schemaRef ds:uri="a229fc39-0a73-4199-87f2-bfd08ed54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A5B1A6-67FF-4B23-88C5-5F07EC0B45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334B9-C94E-424B-9F83-375A8875AA5B}">
  <ds:schemaRefs>
    <ds:schemaRef ds:uri="http://schemas.openxmlformats.org/package/2006/metadata/core-properties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dfdee742-1fa9-4fab-8c36-c9af023c9a42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229fc39-0a73-4199-87f2-bfd08ed540de"/>
  </ds:schemaRefs>
</ds:datastoreItem>
</file>

<file path=customXml/itemProps4.xml><?xml version="1.0" encoding="utf-8"?>
<ds:datastoreItem xmlns:ds="http://schemas.openxmlformats.org/officeDocument/2006/customXml" ds:itemID="{782D6AA4-19B2-4C60-9933-ED799E91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Year 4 Literacy Homework – Subordinating and Coordinating Conjunctions</vt:lpstr>
      <vt:lpstr>    1. Warm-up: Match the conjunctions to the correct type</vt:lpstr>
      <vt:lpstr>    2. Fill in the missing conjunctions</vt:lpstr>
      <vt:lpstr>    3. Write your own sentences</vt:lpstr>
      <vt:lpstr>    4. Challenge </vt:lpstr>
      <vt:lpstr>    Parent note:</vt:lpstr>
    </vt:vector>
  </TitlesOfParts>
  <Manager/>
  <Company/>
  <LinksUpToDate>false</LinksUpToDate>
  <CharactersWithSpaces>1753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Harriet Jones</cp:lastModifiedBy>
  <cp:revision>2</cp:revision>
  <cp:lastPrinted>2025-11-12T14:42:00Z</cp:lastPrinted>
  <dcterms:created xsi:type="dcterms:W3CDTF">2025-11-12T14:43:00Z</dcterms:created>
  <dcterms:modified xsi:type="dcterms:W3CDTF">2025-11-12T14:43:00Z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0x010100348DE4D7C8080D4C9887091AAF48D47F</vt:lpwstr>
  </property>
</Properties>
</file>